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4D33" w14:textId="77777777" w:rsidR="004034B8" w:rsidRDefault="00000000">
      <w:pPr>
        <w:pStyle w:val="Ttulo1"/>
      </w:pPr>
      <w:r>
        <w:t>FORMULÁRIO GERAL DE REQUERIMENTOS</w:t>
      </w:r>
    </w:p>
    <w:p w14:paraId="0ACD8BC1" w14:textId="77777777" w:rsidR="004034B8" w:rsidRDefault="00000000">
      <w:r>
        <w:br/>
        <w:t>ORIENTAÇÕES</w:t>
      </w:r>
      <w:r>
        <w:br/>
      </w:r>
      <w:r>
        <w:br/>
        <w:t>Este formulário destina-se à apresentação de solicitações, requerimentos, comunicações e pedidos relacionados ao processo de Recuperação Judicial ou Falência.</w:t>
      </w:r>
      <w:r>
        <w:br/>
      </w:r>
      <w:r>
        <w:br/>
        <w:t>Caso o pedido envolva habilitação ou divergência de crédito, recomenda-se a utilização do formulário específico disponibilizado pela Administração Judicial.</w:t>
      </w:r>
      <w:r>
        <w:br/>
      </w:r>
      <w:r>
        <w:br/>
        <w:t>As informações prestadas serão analisadas pela equipe da Administração Judicial, podendo ser solicitados documentos complementares quando necessário.</w:t>
      </w:r>
      <w:r>
        <w:br/>
      </w:r>
      <w:r>
        <w:br/>
        <w:t>____________________________________________________________________________</w:t>
      </w:r>
      <w:r>
        <w:br/>
      </w:r>
      <w:r>
        <w:br/>
        <w:t>AO ILUSTRÍSSIMO SENHOR ADMINISTRADOR JUDICIAL</w:t>
      </w:r>
      <w:r>
        <w:br/>
      </w:r>
      <w:r>
        <w:br/>
        <w:t>Processo nº:</w:t>
      </w:r>
      <w:r>
        <w:br/>
        <w:t>___________________________________________________________</w:t>
      </w:r>
      <w:r>
        <w:br/>
      </w:r>
      <w:r>
        <w:br/>
        <w:t>Recuperação Judicial / Falência de:</w:t>
      </w:r>
      <w:r>
        <w:br/>
        <w:t>___________________________________________________________</w:t>
      </w:r>
      <w:r>
        <w:br/>
      </w:r>
      <w:r>
        <w:br/>
        <w:t>I – IDENTIFICAÇÃO DO REQUERENTE</w:t>
      </w:r>
      <w:r>
        <w:br/>
      </w:r>
      <w:r>
        <w:br/>
        <w:t>Nome/Razão Social:</w:t>
      </w:r>
      <w:r>
        <w:br/>
        <w:t>___________________________________________________________</w:t>
      </w:r>
      <w:r>
        <w:br/>
      </w:r>
      <w:r>
        <w:br/>
        <w:t>CPF/CNPJ:</w:t>
      </w:r>
      <w:r>
        <w:br/>
        <w:t>___________________________________________________________</w:t>
      </w:r>
      <w:r>
        <w:br/>
      </w:r>
      <w:r>
        <w:br/>
        <w:t>Representante (se aplicável):</w:t>
      </w:r>
      <w:r>
        <w:br/>
        <w:t>___________________________________________________________</w:t>
      </w:r>
      <w:r>
        <w:br/>
      </w:r>
      <w:r>
        <w:br/>
        <w:t>Telefone:</w:t>
      </w:r>
      <w:r>
        <w:br/>
        <w:t>___________________________________________________________</w:t>
      </w:r>
      <w:r>
        <w:br/>
      </w:r>
      <w:r>
        <w:br/>
        <w:t>E-mail:</w:t>
      </w:r>
      <w:r>
        <w:br/>
        <w:t>___________________________________________________________</w:t>
      </w:r>
      <w:r>
        <w:br/>
      </w:r>
      <w:r>
        <w:br/>
        <w:t>Endereço:</w:t>
      </w:r>
      <w:r>
        <w:br/>
      </w:r>
      <w:r>
        <w:lastRenderedPageBreak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Qualidade do Requerente:</w:t>
      </w:r>
      <w:r>
        <w:br/>
      </w:r>
      <w:r>
        <w:br/>
        <w:t>( ) Credor</w:t>
      </w:r>
      <w:r>
        <w:br/>
        <w:t>( ) Trabalhador</w:t>
      </w:r>
      <w:r>
        <w:br/>
        <w:t>( ) Advogado</w:t>
      </w:r>
      <w:r>
        <w:br/>
        <w:t>( ) Sócio</w:t>
      </w:r>
      <w:r>
        <w:br/>
        <w:t>( ) Fornecedor</w:t>
      </w:r>
      <w:r>
        <w:br/>
        <w:t>( ) Herdeiro</w:t>
      </w:r>
      <w:r>
        <w:br/>
        <w:t>( ) Dependente</w:t>
      </w:r>
      <w:r>
        <w:br/>
        <w:t>( ) Administrador da Recuperanda/Falida</w:t>
      </w:r>
      <w:r>
        <w:br/>
        <w:t>( ) Órgão Público</w:t>
      </w:r>
      <w:r>
        <w:br/>
        <w:t>( ) Outro</w:t>
      </w:r>
      <w:r>
        <w:br/>
      </w:r>
      <w:r>
        <w:br/>
        <w:t>Especificar:</w:t>
      </w:r>
      <w:r>
        <w:br/>
        <w:t>___________________________________________________________</w:t>
      </w:r>
      <w:r>
        <w:br/>
      </w:r>
      <w:r>
        <w:br/>
        <w:t>II – TIPO DE SOLICITAÇÃO</w:t>
      </w:r>
      <w:r>
        <w:br/>
      </w:r>
      <w:r>
        <w:br/>
        <w:t>Assunto principal do requerimento:</w:t>
      </w:r>
      <w:r>
        <w:br/>
      </w:r>
      <w:r>
        <w:br/>
        <w:t>( ) Solicitação de documentos</w:t>
      </w:r>
      <w:r>
        <w:br/>
        <w:t>( ) Atualização cadastral</w:t>
      </w:r>
      <w:r>
        <w:br/>
        <w:t>( ) Comunicação de cessão de crédito</w:t>
      </w:r>
      <w:r>
        <w:br/>
        <w:t>( ) Reserva de crédito</w:t>
      </w:r>
      <w:r>
        <w:br/>
        <w:t>( ) Retificação de informações</w:t>
      </w:r>
      <w:r>
        <w:br/>
        <w:t>( ) Restituição de bens</w:t>
      </w:r>
      <w:r>
        <w:br/>
        <w:t>( ) Dados bancários</w:t>
      </w:r>
      <w:r>
        <w:br/>
        <w:t>( ) Credenciamento para Assembleia Geral de Credores</w:t>
      </w:r>
      <w:r>
        <w:br/>
        <w:t>( ) Objeção ao Plano de Recuperação Judicial</w:t>
      </w:r>
      <w:r>
        <w:br/>
        <w:t>( ) Comunicação de pagamento</w:t>
      </w:r>
      <w:r>
        <w:br/>
        <w:t>( ) Solicitação de informações</w:t>
      </w:r>
      <w:r>
        <w:br/>
        <w:t>( ) Comunicação de fato relevante</w:t>
      </w:r>
      <w:r>
        <w:br/>
        <w:t>( ) Outro</w:t>
      </w:r>
      <w:r>
        <w:br/>
      </w:r>
      <w:r>
        <w:br/>
        <w:t>Especificar:</w:t>
      </w:r>
      <w:r>
        <w:br/>
        <w:t>___________________________________________________________</w:t>
      </w:r>
      <w:r>
        <w:br/>
      </w:r>
      <w:r>
        <w:br/>
        <w:t>III – DESCRIÇÃO DO PEDIDO</w:t>
      </w:r>
      <w:r>
        <w:br/>
      </w:r>
      <w:r>
        <w:br/>
      </w:r>
      <w:r>
        <w:lastRenderedPageBreak/>
        <w:t>Descreva detalhadamente o pedido: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IV – DOCUMENTOS ANEXADOS</w:t>
      </w:r>
      <w:r>
        <w:br/>
      </w:r>
      <w:r>
        <w:br/>
        <w:t>Indique os documentos que acompanham o requerimento: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V – INFORMAÇÕES COMPLEMENTARES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VI – DECLARAÇÃO</w:t>
      </w:r>
      <w:r>
        <w:br/>
      </w:r>
      <w:r>
        <w:br/>
        <w:t>Declaro que as informações prestadas são verdadeiras e que os documentos apresentados são autênticos, responsabilizando-me por seu conteúdo.</w:t>
      </w:r>
      <w:r>
        <w:br/>
      </w:r>
      <w:r>
        <w:br/>
        <w:t>Estou ciente de que o presente requerimento poderá ser analisado pela Administração Judicial e que poderão ser solicitadas informações ou documentos complementares.</w:t>
      </w:r>
      <w:r>
        <w:br/>
      </w:r>
      <w:r>
        <w:br/>
        <w:t>Cidade/UF, _____ de __________________ de ________.</w:t>
      </w:r>
      <w:r>
        <w:br/>
      </w:r>
      <w:r>
        <w:br/>
        <w:t>___________________________________________________________</w:t>
      </w:r>
      <w:r>
        <w:br/>
      </w:r>
      <w:r>
        <w:br/>
        <w:t>ASSINATURA DO REQUERENTE</w:t>
      </w:r>
      <w:r>
        <w:br/>
      </w:r>
      <w:r>
        <w:lastRenderedPageBreak/>
        <w:br/>
        <w:t>CPF/CNPJ: _______________________________________________</w:t>
      </w:r>
      <w:r>
        <w:br/>
      </w:r>
      <w:r>
        <w:br/>
        <w:t>------------------------------------------------------------------</w:t>
      </w:r>
      <w:r>
        <w:br/>
      </w:r>
      <w:r>
        <w:br/>
        <w:t>USO INTERNO DA ADMINISTRAÇÃO JUDICIAL</w:t>
      </w:r>
      <w:r>
        <w:br/>
      </w:r>
      <w:r>
        <w:br/>
        <w:t>Data do recebimento: ______________________________________</w:t>
      </w:r>
      <w:r>
        <w:br/>
      </w:r>
      <w:r>
        <w:br/>
        <w:t>Número de protocolo: ______________________________________</w:t>
      </w:r>
      <w:r>
        <w:br/>
      </w:r>
      <w:r>
        <w:br/>
        <w:t>Responsável pela análise: __________________________________</w:t>
      </w:r>
      <w:r>
        <w:br/>
      </w:r>
      <w:r>
        <w:br/>
        <w:t>Providência adotada: ______________________________________</w:t>
      </w:r>
      <w:r>
        <w:br/>
      </w:r>
      <w:r>
        <w:br/>
        <w:t>___________________________________________________________</w:t>
      </w:r>
      <w:r>
        <w:br/>
      </w:r>
      <w:r>
        <w:br/>
        <w:t>Data da resposta: _________________________________________</w:t>
      </w:r>
      <w:r>
        <w:br/>
      </w:r>
      <w:r>
        <w:br/>
        <w:t>Situação:</w:t>
      </w:r>
      <w:r>
        <w:br/>
      </w:r>
      <w:r>
        <w:br/>
        <w:t>( ) Pendente</w:t>
      </w:r>
      <w:r>
        <w:br/>
        <w:t>( ) Em análise</w:t>
      </w:r>
      <w:r>
        <w:br/>
        <w:t>( ) Concluído</w:t>
      </w:r>
      <w:r>
        <w:br/>
      </w:r>
    </w:p>
    <w:sectPr w:rsidR="004034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0510510">
    <w:abstractNumId w:val="8"/>
  </w:num>
  <w:num w:numId="2" w16cid:durableId="1153109514">
    <w:abstractNumId w:val="6"/>
  </w:num>
  <w:num w:numId="3" w16cid:durableId="135416420">
    <w:abstractNumId w:val="5"/>
  </w:num>
  <w:num w:numId="4" w16cid:durableId="1308051880">
    <w:abstractNumId w:val="4"/>
  </w:num>
  <w:num w:numId="5" w16cid:durableId="1745176138">
    <w:abstractNumId w:val="7"/>
  </w:num>
  <w:num w:numId="6" w16cid:durableId="645399632">
    <w:abstractNumId w:val="3"/>
  </w:num>
  <w:num w:numId="7" w16cid:durableId="1329862542">
    <w:abstractNumId w:val="2"/>
  </w:num>
  <w:num w:numId="8" w16cid:durableId="1792018594">
    <w:abstractNumId w:val="1"/>
  </w:num>
  <w:num w:numId="9" w16cid:durableId="19203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1BD"/>
    <w:rsid w:val="00034616"/>
    <w:rsid w:val="0006063C"/>
    <w:rsid w:val="0015074B"/>
    <w:rsid w:val="0029639D"/>
    <w:rsid w:val="00326F90"/>
    <w:rsid w:val="004034B8"/>
    <w:rsid w:val="00AA1D8D"/>
    <w:rsid w:val="00B47730"/>
    <w:rsid w:val="00CB0664"/>
    <w:rsid w:val="00E1425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2970F"/>
  <w14:defaultImageDpi w14:val="300"/>
  <w15:docId w15:val="{FDE560E5-C786-4057-8528-1A97B75D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DE OLIVEIRA</cp:lastModifiedBy>
  <cp:revision>2</cp:revision>
  <dcterms:created xsi:type="dcterms:W3CDTF">2026-06-08T20:18:00Z</dcterms:created>
  <dcterms:modified xsi:type="dcterms:W3CDTF">2026-06-08T20:18:00Z</dcterms:modified>
  <cp:category/>
</cp:coreProperties>
</file>