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05AB" w14:textId="77777777" w:rsidR="00160F8A" w:rsidRDefault="00000000">
      <w:pPr>
        <w:pStyle w:val="Ttulo1"/>
      </w:pPr>
      <w:r>
        <w:t>FORMULÁRIO DE SOLICITAÇÃO DE DOCUMENTOS TRABALHISTAS E PREVIDENCIÁRIOS</w:t>
      </w:r>
    </w:p>
    <w:p w14:paraId="477D1F94" w14:textId="77777777" w:rsidR="00160F8A" w:rsidRDefault="00000000">
      <w:r>
        <w:br/>
        <w:t>ORIENTAÇÕES</w:t>
      </w:r>
      <w:r>
        <w:br/>
      </w:r>
      <w:r>
        <w:br/>
        <w:t>O presente formulário destina-se à solicitação de documentos trabalhistas, previdenciários e correlatos perante a Recuperação Judicial ou Falência, para fins de comprovação de vínculo empregatício, habilitação de crédito, instrução processual, requerimento previdenciário ou outras finalidades legalmente admitidas.</w:t>
      </w:r>
      <w:r>
        <w:br/>
      </w:r>
      <w:r>
        <w:br/>
        <w:t>O requerente deverá informar os documentos pretendidos e justificar a solicitação.</w:t>
      </w:r>
      <w:r>
        <w:br/>
      </w:r>
      <w:r>
        <w:br/>
        <w:t>____________________________________________________________________________</w:t>
      </w:r>
      <w:r>
        <w:br/>
      </w:r>
      <w:r>
        <w:br/>
        <w:t>AO ILUSTRÍSSIMO SENHOR ADMINISTRADOR JUDICIAL</w:t>
      </w:r>
      <w:r>
        <w:br/>
      </w:r>
      <w:r>
        <w:br/>
        <w:t>Processo nº: _____________________________________________</w:t>
      </w:r>
      <w:r>
        <w:br/>
      </w:r>
      <w:r>
        <w:br/>
        <w:t>Recuperação Judicial / Falência de:</w:t>
      </w:r>
      <w:r>
        <w:br/>
      </w:r>
      <w:r>
        <w:br/>
        <w:t>___________________________________________________________</w:t>
      </w:r>
      <w:r>
        <w:br/>
      </w:r>
      <w:r>
        <w:br/>
        <w:t>I – IDENTIFICAÇÃO DO REQUERENTE</w:t>
      </w:r>
      <w:r>
        <w:br/>
      </w:r>
      <w:r>
        <w:br/>
        <w:t>Nome:</w:t>
      </w:r>
      <w:r>
        <w:br/>
        <w:t>___________________________________________________________</w:t>
      </w:r>
      <w:r>
        <w:br/>
      </w:r>
      <w:r>
        <w:br/>
        <w:t>CPF:</w:t>
      </w:r>
      <w:r>
        <w:br/>
        <w:t>___________________________________________________________</w:t>
      </w:r>
      <w:r>
        <w:br/>
      </w:r>
      <w:r>
        <w:br/>
        <w:t>Telefone:</w:t>
      </w:r>
      <w:r>
        <w:br/>
        <w:t>___________________________________________________________</w:t>
      </w:r>
      <w:r>
        <w:br/>
      </w:r>
      <w:r>
        <w:br/>
        <w:t>E-mail:</w:t>
      </w:r>
      <w:r>
        <w:br/>
        <w:t>___________________________________________________________</w:t>
      </w:r>
      <w:r>
        <w:br/>
      </w:r>
      <w:r>
        <w:br/>
        <w:t>Endereço:</w:t>
      </w:r>
      <w:r>
        <w:br/>
        <w:t>___________________________________________________________</w:t>
      </w:r>
      <w:r>
        <w:br/>
      </w:r>
      <w:r>
        <w:br/>
        <w:t>Qualidade do requerente:</w:t>
      </w:r>
      <w:r>
        <w:br/>
      </w:r>
      <w:r>
        <w:br/>
      </w:r>
      <w:r>
        <w:lastRenderedPageBreak/>
        <w:t>( ) Ex-empregado</w:t>
      </w:r>
      <w:r>
        <w:br/>
        <w:t>( ) Empregado</w:t>
      </w:r>
      <w:r>
        <w:br/>
        <w:t>( ) Advogado</w:t>
      </w:r>
      <w:r>
        <w:br/>
        <w:t>( ) Dependente</w:t>
      </w:r>
      <w:r>
        <w:br/>
        <w:t>( ) Herdeiro</w:t>
      </w:r>
      <w:r>
        <w:br/>
        <w:t>( ) Procurador</w:t>
      </w:r>
      <w:r>
        <w:br/>
        <w:t>( ) Outro</w:t>
      </w:r>
      <w:r>
        <w:br/>
      </w:r>
      <w:r>
        <w:br/>
        <w:t>Especificar:</w:t>
      </w:r>
      <w:r>
        <w:br/>
        <w:t>___________________________________________________________</w:t>
      </w:r>
      <w:r>
        <w:br/>
      </w:r>
      <w:r>
        <w:br/>
        <w:t>II – DADOS DO VÍNCULO EMPREGATÍCIO</w:t>
      </w:r>
      <w:r>
        <w:br/>
      </w:r>
      <w:r>
        <w:br/>
        <w:t>Empresa:</w:t>
      </w:r>
      <w:r>
        <w:br/>
        <w:t>___________________________________________________________</w:t>
      </w:r>
      <w:r>
        <w:br/>
      </w:r>
      <w:r>
        <w:br/>
        <w:t>Função/Cargo:</w:t>
      </w:r>
      <w:r>
        <w:br/>
        <w:t>___________________________________________________________</w:t>
      </w:r>
      <w:r>
        <w:br/>
      </w:r>
      <w:r>
        <w:br/>
        <w:t>Data de admissão: _____/_____/________</w:t>
      </w:r>
      <w:r>
        <w:br/>
      </w:r>
      <w:r>
        <w:br/>
        <w:t>Data de desligamento: _____/_____/________</w:t>
      </w:r>
      <w:r>
        <w:br/>
      </w:r>
      <w:r>
        <w:br/>
        <w:t>Matrícula (se houver):</w:t>
      </w:r>
      <w:r>
        <w:br/>
        <w:t>___________________________________________________________</w:t>
      </w:r>
      <w:r>
        <w:br/>
      </w:r>
      <w:r>
        <w:br/>
        <w:t>III – DOCUMENTOS SOLICITADOS</w:t>
      </w:r>
      <w:r>
        <w:br/>
      </w:r>
      <w:r>
        <w:br/>
        <w:t>Documentos Trabalhistas</w:t>
      </w:r>
      <w:r>
        <w:br/>
      </w:r>
      <w:r>
        <w:br/>
        <w:t>[ ] Ficha de Registro de Empregado</w:t>
      </w:r>
      <w:r>
        <w:br/>
        <w:t>[ ] Livro/Ficha de Registro</w:t>
      </w:r>
      <w:r>
        <w:br/>
        <w:t>[ ] Contrato de Trabalho</w:t>
      </w:r>
      <w:r>
        <w:br/>
        <w:t>[ ] Termo de Rescisão do Contrato de Trabalho (TRCT)</w:t>
      </w:r>
      <w:r>
        <w:br/>
        <w:t>[ ] Aviso-Prévio</w:t>
      </w:r>
      <w:r>
        <w:br/>
        <w:t>[ ] Cartões de Ponto</w:t>
      </w:r>
      <w:r>
        <w:br/>
        <w:t>[ ] Controle de Jornada</w:t>
      </w:r>
      <w:r>
        <w:br/>
        <w:t>[ ] Acordos Individuais</w:t>
      </w:r>
      <w:r>
        <w:br/>
        <w:t>[ ] Acordos Coletivos</w:t>
      </w:r>
      <w:r>
        <w:br/>
        <w:t>[ ] Convenções Coletivas</w:t>
      </w:r>
      <w:r>
        <w:br/>
        <w:t>[ ] Perfil Profissiográfico Previdenciário (PPP)</w:t>
      </w:r>
      <w:r>
        <w:br/>
        <w:t>[ ] Laudo Técnico das Condições Ambientais do Trabalho (LTCAT)</w:t>
      </w:r>
      <w:r>
        <w:br/>
        <w:t>[ ] Programa de Prevenção de Riscos Ambientais (PPRA)</w:t>
      </w:r>
      <w:r>
        <w:br/>
      </w:r>
      <w:r>
        <w:lastRenderedPageBreak/>
        <w:t>[ ] Programa de Gerenciamento de Riscos (PGR)</w:t>
      </w:r>
      <w:r>
        <w:br/>
        <w:t>[ ] Programa de Controle Médico de Saúde Ocupacional (PCMSO)</w:t>
      </w:r>
      <w:r>
        <w:br/>
        <w:t>[ ] Laudos Ambientais</w:t>
      </w:r>
      <w:r>
        <w:br/>
        <w:t>[ ] Comunicação de Acidente de Trabalho (CAT)</w:t>
      </w:r>
      <w:r>
        <w:br/>
        <w:t>[ ] Atestados de Saúde Ocupacional (ASO)</w:t>
      </w:r>
      <w:r>
        <w:br/>
        <w:t>[ ] Exames Admissionais</w:t>
      </w:r>
      <w:r>
        <w:br/>
        <w:t>[ ] Exames Periódicos</w:t>
      </w:r>
      <w:r>
        <w:br/>
        <w:t>[ ] Exames Demissionais</w:t>
      </w:r>
      <w:r>
        <w:br/>
      </w:r>
      <w:r>
        <w:br/>
        <w:t>Documentos Financeiros</w:t>
      </w:r>
      <w:r>
        <w:br/>
      </w:r>
      <w:r>
        <w:br/>
        <w:t>[ ] Holerites/Contracheques</w:t>
      </w:r>
      <w:r>
        <w:br/>
        <w:t>[ ] Recibos de Pagamento de Salários</w:t>
      </w:r>
      <w:r>
        <w:br/>
        <w:t>[ ] Comprovantes de Férias</w:t>
      </w:r>
      <w:r>
        <w:br/>
        <w:t>[ ] Recibos de 13º Salário</w:t>
      </w:r>
      <w:r>
        <w:br/>
        <w:t>[ ] Extrato de FGTS</w:t>
      </w:r>
      <w:r>
        <w:br/>
        <w:t>[ ] Guias de Recolhimento de FGTS</w:t>
      </w:r>
      <w:r>
        <w:br/>
        <w:t>[ ] Comprovantes de Depósitos Bancários</w:t>
      </w:r>
      <w:r>
        <w:br/>
        <w:t>[ ] Demonstrativos de Verbas Rescisórias</w:t>
      </w:r>
      <w:r>
        <w:br/>
      </w:r>
      <w:r>
        <w:br/>
        <w:t>Outros Documentos</w:t>
      </w:r>
      <w:r>
        <w:br/>
      </w:r>
      <w:r>
        <w:br/>
        <w:t>[ ] Procuração</w:t>
      </w:r>
      <w:r>
        <w:br/>
        <w:t>[ ] Documentos Previdenciários</w:t>
      </w:r>
      <w:r>
        <w:br/>
        <w:t>[ ] Outros</w:t>
      </w:r>
      <w:r>
        <w:br/>
      </w:r>
      <w:r>
        <w:br/>
        <w:t>Especificar:</w:t>
      </w:r>
      <w:r>
        <w:br/>
        <w:t>___________________________________________________________</w:t>
      </w:r>
      <w:r>
        <w:br/>
      </w:r>
      <w:r>
        <w:br/>
        <w:t>IV – FINALIDADE DA SOLICITAÇÃO</w:t>
      </w:r>
      <w:r>
        <w:br/>
      </w:r>
      <w:r>
        <w:br/>
        <w:t>( ) Habilitação de Crédito</w:t>
      </w:r>
      <w:r>
        <w:br/>
        <w:t>( ) Divergência de Crédito</w:t>
      </w:r>
      <w:r>
        <w:br/>
        <w:t>( ) Reclamação Trabalhista</w:t>
      </w:r>
      <w:r>
        <w:br/>
        <w:t>( ) Aposentadoria</w:t>
      </w:r>
      <w:r>
        <w:br/>
        <w:t>( ) Revisão Previdenciária</w:t>
      </w:r>
      <w:r>
        <w:br/>
        <w:t>( ) Comprovação de Tempo de Serviço</w:t>
      </w:r>
      <w:r>
        <w:br/>
        <w:t>( ) Instrução Processual</w:t>
      </w:r>
      <w:r>
        <w:br/>
        <w:t>( ) Outro</w:t>
      </w:r>
      <w:r>
        <w:br/>
      </w:r>
      <w:r>
        <w:br/>
        <w:t>Especificar:</w:t>
      </w:r>
      <w:r>
        <w:br/>
        <w:t>___________________________________________________________</w:t>
      </w:r>
      <w:r>
        <w:br/>
      </w:r>
      <w:r>
        <w:br/>
      </w:r>
      <w:r>
        <w:lastRenderedPageBreak/>
        <w:t>V – JUSTIFICATIVA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VI – DECLARAÇÃO</w:t>
      </w:r>
      <w:r>
        <w:br/>
      </w:r>
      <w:r>
        <w:br/>
        <w:t>Declaro que as informações prestadas são verdadeiras e que os documentos solicitados serão utilizados exclusivamente para fins legítimos e relacionados aos direitos do requerente.</w:t>
      </w:r>
      <w:r>
        <w:br/>
      </w:r>
      <w:r>
        <w:br/>
        <w:t>Cidade/UF, _____ de _______________________ de ________.</w:t>
      </w:r>
      <w:r>
        <w:br/>
      </w:r>
      <w:r>
        <w:br/>
        <w:t>___________________________________________________________</w:t>
      </w:r>
      <w:r>
        <w:br/>
      </w:r>
      <w:r>
        <w:br/>
        <w:t>ASSINATURA DO REQUERENTE</w:t>
      </w:r>
      <w:r>
        <w:br/>
      </w:r>
      <w:r>
        <w:br/>
        <w:t>CPF: ________________________________________________</w:t>
      </w:r>
      <w:r>
        <w:br/>
      </w:r>
    </w:p>
    <w:sectPr w:rsidR="00160F8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3405533">
    <w:abstractNumId w:val="8"/>
  </w:num>
  <w:num w:numId="2" w16cid:durableId="757747461">
    <w:abstractNumId w:val="6"/>
  </w:num>
  <w:num w:numId="3" w16cid:durableId="563564295">
    <w:abstractNumId w:val="5"/>
  </w:num>
  <w:num w:numId="4" w16cid:durableId="2107381924">
    <w:abstractNumId w:val="4"/>
  </w:num>
  <w:num w:numId="5" w16cid:durableId="492183075">
    <w:abstractNumId w:val="7"/>
  </w:num>
  <w:num w:numId="6" w16cid:durableId="1684236691">
    <w:abstractNumId w:val="3"/>
  </w:num>
  <w:num w:numId="7" w16cid:durableId="2075816515">
    <w:abstractNumId w:val="2"/>
  </w:num>
  <w:num w:numId="8" w16cid:durableId="460155542">
    <w:abstractNumId w:val="1"/>
  </w:num>
  <w:num w:numId="9" w16cid:durableId="18690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0F8A"/>
    <w:rsid w:val="0029639D"/>
    <w:rsid w:val="00326F90"/>
    <w:rsid w:val="005E405C"/>
    <w:rsid w:val="00873F1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060E2"/>
  <w14:defaultImageDpi w14:val="300"/>
  <w15:docId w15:val="{76631CD2-570E-4211-AB0B-7F586FBB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DE OLIVEIRA</cp:lastModifiedBy>
  <cp:revision>2</cp:revision>
  <dcterms:created xsi:type="dcterms:W3CDTF">2026-06-08T20:08:00Z</dcterms:created>
  <dcterms:modified xsi:type="dcterms:W3CDTF">2026-06-08T20:08:00Z</dcterms:modified>
  <cp:category/>
</cp:coreProperties>
</file>